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Entscheidungspunkte für Holzbau-Projekte</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 in Bonn: Welche Konstruktionsart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bonn.online/index.html" TargetMode="External"/><Relationship Id="rId10" Type="http://schemas.openxmlformats.org/officeDocument/2006/relationships/hyperlink" Target="https://ibm.1a-holzbaubonn.online/hausbau-1/holzbau-in-bonn-welche-konstruktionsart-passt-zu-meinem-vorhaben-582e2ab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